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משפחה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"משפחה"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🏡 משפחה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מִשְׁפָּחָה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🏡 משפחה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🏡 🫂 ❤️  משפט השבוע: כָּל מִשְׁפָּחָה הִיא בַּיִת חַם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מִשְׁפָּחָה  |  וּמַשְׁלִימִים  |  מְחַמֶּמֶת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"כָּל מִשְׁפָּחָה הִיא בַּיִת חַם"?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🕊️ שלום ופתרון מחלוקות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🏡 משפחה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לספר במשפחה על דבר טוב מבית הספר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בבית במשימה אחת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כָּל ________ הִיא בַּיִת חַם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אתם אוהבים לעשות עם המשפחה?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בבית במשימה אחת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משפחה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