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משפחה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"משפחה"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סבתא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family / семья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home / дом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grandmother / бабушка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brother / брат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🏡 משפחה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משפחה זה אנשים שאוהבים אותי ודואגים לי. כל משפחה שונה.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family · семья · ቤተሰብ · عائلة · famille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home · дом · ቤት · بيت · maison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סבתא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grandmother · бабушка · አያት · جدة · grand-mère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brother · брат · ወንድም · أخ · frère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משפחה  |  בית  |  סבתא  |  אח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grandmother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משפחה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סבתא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brother / брат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grandmother / бабушка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סבתא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family / семья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home / дом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אנשים שאוהבים אותי ודואגים לי. כל משפחה שונה.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"משפחה".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אתם אוהבים לעשות עם המשפחה?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לעזור בבית במשימה אחת / לספר במשפחה על דבר טוב מבית הספר)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משפחה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