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שלום ופתרון מחלוקות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"שלום ופתרון מחלוקות"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ותיכון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לפתור ויכוחים במילים, בהקשבה ובחיפוש פתרון שטוב לכולם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לבחור במילים שבונות, מעודדות ומחממות את הלב, בדיבור ובכתב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לדאוג לגוף ולנפש: תנועה, שינה, אוכל טוב, מנוחה וזמן לעצמנו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לבחור לאן רוצים להגיע, ולתכנן צעדים קטנים וברורים בדרך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בוויכוח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 חותך, והשני בוחר ראשון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🕊️ שלום ופתרון מחלוקות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שלום ופתרון מחלוקות – לפתור ויכוחים במילים, בהקשבה ובחיפוש פתרון שטוב לכולם.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שתי חברות טובות, נועה ומאיה, רבו בקבוצת ההודעות של הכיתה. כל אחת כתבה משהו פוגע, ועוד תלמידים הצטרפו. נועה הבינה שבכתב הכול נשמע חריף יותר, ושלחה הודעה אישית: "אפשר לדבר מחר בהפסקה?". למה לפעמים קל יותר לפתור מחלוקת פנים מול פנים?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למה ויכוח בהודעות מתלקח מהר יותר?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אפשר לומר כדי לפתוח שיחת פיוס?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האם מחלוקת יכולה להיות טובה? מתי?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"שלום ופתרון מחלוקות"?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להציע פתרון שטוב לשני הצדדים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להמשיך ויכוח בהודעות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להקשיב עד הסוף לפני שעונים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🕊️ שלום ופתרון מחלוקות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לדאוג לגוף ולנפש: תנועה, שינה, אוכל טוב, מנוחה וזמן לעצמנו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💬 מילים טובות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לפתור ויכוחים במילים, בהקשבה ובחיפוש פתרון שטוב לכולם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🌿 בריאות ואיזון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לבחור במילים שבונות, מעודדות ומחממות את הלב, בדיבור ובכתב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🎯 הצבת מטרות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לבחור לאן רוצים להגיע, ולתכנן צעדים קטנים וברורים בדרך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"________ טוב לא מנצחים את השני, מנצחים את הבעיה"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שני חברים רוצים לחלק עוגה בצורה הוגנת, בלי ויכוח. איזו שיטה מבטיחה ששניהם יהיו מרוצים?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להקשיב עד הסוף לפני שעונים · לא להמשיך ויכוח בהודעות · להציע פתרון שטוב לשני הצדדים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פתרון ויכוחים?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מתי השבוע הצלחתם לפתור מחלוקת בדרך טובה?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שלום ופתרון מחלוקות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