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שלום ופתרון מחלוקות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"שלום ופתרון מחלוקות"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 ג׳–ו׳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לקרוא את הסיפור בקול לפני העבודה העצמית, ולסיים בשיחה במעגל (10 דקות).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בשאלות הדעה מעריכים נימוק ודוגמה, לא "תשובה נכונה".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מתאים לשבוע של הערך בלוח השבועי באתר, אבל אפשר להשתמש בו בכל זמן.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לא מחזק את הערך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לפתור ויכוחים במילים, בהקשבה ובחיפוש פתרון שטוב לכולם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לבחור במילים שבונות, מעודדות ומחממות את הלב, בדיבור ובכתב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לדאוג לגוף ולנפש: תנועה, שינה, אוכל טוב, מנוחה וזמן לעצמנו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לבחור לאן רוצים להגיע, ולתכנן צעדים קטנים וברורים בדרך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בוויכוח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סליחה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 ברורה, צעד מעשי אחד לפחות, דרך לבדוק הצלחה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🕊️ שלום ופתרון מחלוקות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ערך השבוע: שלום ופתרון מחלוקות – לפתור ויכוחים במילים, בהקשבה ובחיפוש פתרון שטוב לכולם. קראו, ענו וכתבו. אין תשובה אחת נכונה בשאלות האישיות.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סיפור קצר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📖 בכדורגל בהפסקה פרץ ויכוח: האם הייתה נגיעה ביד או לא. שתי הקבוצות צעקו. מיכאל הציע להחליט שכשיש ספק, מתחילים שוב מהאמצע. כולם הסכימו, והמשחק המשיך. מה עוזר לעצור ויכוח לפני שהוא מתפוצץ?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עוזר לכם להירגע באמצע ויכוח?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ההבדל בין להתווכח לבין לריב?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הייתם עושים במקום הדמות בסיפור?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מה מחזק את הערך?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האם המעשה מחזק את ערך השבוע "שלום ופתרון מחלוקות"?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להאשים אחרים בלי לבדוק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לפתור ריב במילים ולא בידיים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לומר סליחה למי שנפגע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לעצור ולספור עד חמש כשכועסים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להתעלם ממי שמבקש עזרה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מתאימים ערך להסבר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ליד כל ערך את האות של ההסבר המתאים 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🕊️ שלום ופתרון מחלוקות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לבחור לאן רוצים להגיע, ולתכנן צעדים קטנים וברורים בדרך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💬 מילים טובות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לבחור במילים שבונות, מעודדות ומחממות את הלב, בדיבור ובכתב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🌿 בריאות ואיזון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לפתור ויכוחים במילים, בהקשבה ובחיפוש פתרון שטוב לכולם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🎯 הצבת מטרות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לדאוג לגוף ולנפש: תנועה, שינה, אוכל טוב, מנוחה וזמן לעצמנו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 השבוע וחידה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את משפט השבוע: "________ טוב לא מנצחים את השני, מנצחים את הבעיה"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🧩 חידה: איזו מילה קטנה, בת חמש אותיות, יכולה לסיים ריב גדול?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המטרה שלי לשבוע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מטרה אחת (או כתבו מטרה משלכם) ותכננו איך תעשו אותה: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אפשרויות: לפתור ריב במילים ולא בידיים · לעצור ולספור עד חמש כשכועסים · לומר סליחה למי שנפגע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מה אעשה? מתי? עם מי?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איך אדע שהצלחתי?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למדתי השבוע על פתרון ויכוחים?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מתי השבוע הצלחתם לפתור מחלוקת בדרך טובה?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שלום ופתרון מחלוקות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